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/>
    <w:p/>
    <w:p>
      <w:pPr>
        <w:jc w:val="center"/>
      </w:pPr>
      <w:r>
        <w:rPr>
          <w:b/>
          <w:color w:val="1F4E79"/>
          <w:sz w:val="56"/>
        </w:rPr>
        <w:t>2027학년도 수시 지원 전략 보고서</w:t>
      </w:r>
    </w:p>
    <w:p/>
    <w:p>
      <w:pPr>
        <w:jc w:val="center"/>
      </w:pPr>
      <w:r>
        <w:rPr>
          <w:sz w:val="32"/>
        </w:rPr>
        <w:t>홍길동 | 한국고등학교 (서울시 송파구 잠실본동)</w:t>
      </w:r>
    </w:p>
    <w:p/>
    <w:p>
      <w:pPr>
        <w:jc w:val="center"/>
      </w:pPr>
      <w:r>
        <w:rPr>
          <w:color w:val="555555"/>
          <w:sz w:val="22"/>
        </w:rPr>
        <w:t>전과목 3.2등급 | 국어 2.1등급 | 영어 2.3등급 | 미디어콘텐츠 기획 (3년 일관)</w:t>
        <w:br/>
        <w:t>수능최저 미적용 | 서류전형</w:t>
      </w:r>
    </w:p>
    <w:p>
      <w:r>
        <w:br w:type="page"/>
      </w:r>
    </w:p>
    <w:p>
      <w:pPr>
        <w:pStyle w:val="Heading1"/>
      </w:pPr>
      <w:r>
        <w:rPr>
          <w:rFonts w:ascii="맑은 고딕" w:hAnsi="맑은 고딕" w:eastAsia="맑은 고딕"/>
        </w:rPr>
        <w:t>1. 학생 프로필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항목</w:t>
            </w:r>
          </w:p>
        </w:tc>
        <w:tc>
          <w:tcPr>
            <w:tcW w:type="dxa" w:w="4320"/>
          </w:tcPr>
          <w:p>
            <w:r>
              <w:t>내용</w:t>
            </w:r>
          </w:p>
        </w:tc>
      </w:tr>
      <w:tr>
        <w:tc>
          <w:tcPr>
            <w:tcW w:type="dxa" w:w="4320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성명</w:t>
            </w:r>
          </w:p>
        </w:tc>
        <w:tc>
          <w:tcPr>
            <w:tcW w:type="dxa" w:w="4320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홍길동</w:t>
            </w:r>
          </w:p>
        </w:tc>
      </w:tr>
      <w:tr>
        <w:tc>
          <w:tcPr>
            <w:tcW w:type="dxa" w:w="4320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학교</w:t>
            </w:r>
          </w:p>
        </w:tc>
        <w:tc>
          <w:tcPr>
            <w:tcW w:type="dxa" w:w="4320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한국고등학교 (서울시 송파구 잠실본동)</w:t>
            </w:r>
          </w:p>
        </w:tc>
      </w:tr>
      <w:tr>
        <w:tc>
          <w:tcPr>
            <w:tcW w:type="dxa" w:w="4320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전과목 평균</w:t>
            </w:r>
          </w:p>
        </w:tc>
        <w:tc>
          <w:tcPr>
            <w:tcW w:type="dxa" w:w="4320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3.2등급</w:t>
            </w:r>
          </w:p>
        </w:tc>
      </w:tr>
      <w:tr>
        <w:tc>
          <w:tcPr>
            <w:tcW w:type="dxa" w:w="4320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국수영 평균</w:t>
            </w:r>
          </w:p>
        </w:tc>
        <w:tc>
          <w:tcPr>
            <w:tcW w:type="dxa" w:w="4320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2.8등급</w:t>
            </w:r>
          </w:p>
        </w:tc>
      </w:tr>
      <w:tr>
        <w:tc>
          <w:tcPr>
            <w:tcW w:type="dxa" w:w="4320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국어 평균</w:t>
            </w:r>
          </w:p>
        </w:tc>
        <w:tc>
          <w:tcPr>
            <w:tcW w:type="dxa" w:w="4320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2.1등급 (최강)</w:t>
            </w:r>
          </w:p>
        </w:tc>
      </w:tr>
      <w:tr>
        <w:tc>
          <w:tcPr>
            <w:tcW w:type="dxa" w:w="4320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영어 평균</w:t>
            </w:r>
          </w:p>
        </w:tc>
        <w:tc>
          <w:tcPr>
            <w:tcW w:type="dxa" w:w="4320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2.3등급</w:t>
            </w:r>
          </w:p>
        </w:tc>
      </w:tr>
      <w:tr>
        <w:tc>
          <w:tcPr>
            <w:tcW w:type="dxa" w:w="4320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수학 평균</w:t>
            </w:r>
          </w:p>
        </w:tc>
        <w:tc>
          <w:tcPr>
            <w:tcW w:type="dxa" w:w="4320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3.8등급</w:t>
            </w:r>
          </w:p>
        </w:tc>
      </w:tr>
      <w:tr>
        <w:tc>
          <w:tcPr>
            <w:tcW w:type="dxa" w:w="4320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추세</w:t>
            </w:r>
          </w:p>
        </w:tc>
        <w:tc>
          <w:tcPr>
            <w:tcW w:type="dxa" w:w="4320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1학년 3.5 → 2학년 3.1 → 3학년 2.8 상승▲</w:t>
            </w:r>
          </w:p>
        </w:tc>
      </w:tr>
      <w:tr>
        <w:tc>
          <w:tcPr>
            <w:tcW w:type="dxa" w:w="4320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진로 (3년)</w:t>
            </w:r>
          </w:p>
        </w:tc>
        <w:tc>
          <w:tcPr>
            <w:tcW w:type="dxa" w:w="4320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미디어콘텐츠 기획자</w:t>
            </w:r>
          </w:p>
        </w:tc>
      </w:tr>
      <w:tr>
        <w:tc>
          <w:tcPr>
            <w:tcW w:type="dxa" w:w="4320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핵심 이수</w:t>
            </w:r>
          </w:p>
        </w:tc>
        <w:tc>
          <w:tcPr>
            <w:tcW w:type="dxa" w:w="4320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사회문화(2등급), 독서(2등급), 미디어와 사회(A)</w:t>
            </w:r>
          </w:p>
        </w:tc>
      </w:tr>
    </w:tbl>
    <w:p>
      <w:pPr>
        <w:pStyle w:val="Heading1"/>
      </w:pPr>
      <w:r>
        <w:rPr>
          <w:rFonts w:ascii="맑은 고딕" w:hAnsi="맑은 고딕" w:eastAsia="맑은 고딕"/>
        </w:rPr>
        <w:t>2. 분석 방법론</w:t>
      </w:r>
    </w:p>
    <w:p>
      <w:pPr>
        <w:pStyle w:val="ListBullet"/>
      </w:pPr>
      <w:r>
        <w:t>2023~2027학년도 전국 291,000건 수시 전형 빅데이터 분석</w:t>
      </w:r>
    </w:p>
    <w:p>
      <w:pPr>
        <w:pStyle w:val="ListBullet"/>
      </w:pPr>
      <w:r>
        <w:t>수능최저학력기준 미적용 전형 선별</w:t>
      </w:r>
    </w:p>
    <w:p>
      <w:pPr>
        <w:pStyle w:val="ListBullet"/>
      </w:pPr>
      <w:r>
        <w:t>대학 기본역량진단 미달 15개교 제외</w:t>
      </w:r>
    </w:p>
    <w:p>
      <w:pPr>
        <w:pStyle w:val="ListBullet"/>
      </w:pPr>
      <w:r>
        <w:t>면접 없는 전형만 (교과 + 종합 서류형)</w:t>
      </w:r>
    </w:p>
    <w:p>
      <w:pPr>
        <w:pStyle w:val="ListBullet"/>
      </w:pPr>
      <w:r>
        <w:t>과거 합격 등급 대비 분석</w:t>
      </w:r>
    </w:p>
    <w:p>
      <w:pPr>
        <w:pStyle w:val="ListBullet"/>
      </w:pPr>
      <w:r>
        <w:t>전공적합성 가산점 부여</w:t>
      </w:r>
    </w:p>
    <w:p>
      <w:pPr>
        <w:pStyle w:val="ListBullet"/>
      </w:pPr>
      <w:r>
        <w:t>자택 기준 거리 산출</w:t>
      </w:r>
    </w:p>
    <w:p>
      <w:pPr>
        <w:pStyle w:val="Heading1"/>
      </w:pPr>
      <w:r>
        <w:rPr>
          <w:rFonts w:ascii="맑은 고딕" w:hAnsi="맑은 고딕" w:eastAsia="맑은 고딕"/>
        </w:rPr>
        <w:t>3. 성적 정밀 분석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항목</w:t>
            </w:r>
          </w:p>
        </w:tc>
        <w:tc>
          <w:tcPr>
            <w:tcW w:type="dxa" w:w="4320"/>
          </w:tcPr>
          <w:p>
            <w:r>
              <w:t>분석 결과</w:t>
            </w:r>
          </w:p>
        </w:tc>
      </w:tr>
      <w:tr>
        <w:tc>
          <w:tcPr>
            <w:tcW w:type="dxa" w:w="4320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전과목</w:t>
            </w:r>
          </w:p>
        </w:tc>
        <w:tc>
          <w:tcPr>
            <w:tcW w:type="dxa" w:w="4320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3.2등급 (35과목)</w:t>
            </w:r>
          </w:p>
        </w:tc>
      </w:tr>
      <w:tr>
        <w:tc>
          <w:tcPr>
            <w:tcW w:type="dxa" w:w="4320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국수영</w:t>
            </w:r>
          </w:p>
        </w:tc>
        <w:tc>
          <w:tcPr>
            <w:tcW w:type="dxa" w:w="4320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2.8등급</w:t>
            </w:r>
          </w:p>
        </w:tc>
      </w:tr>
      <w:tr>
        <w:tc>
          <w:tcPr>
            <w:tcW w:type="dxa" w:w="4320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국어</w:t>
            </w:r>
          </w:p>
        </w:tc>
        <w:tc>
          <w:tcPr>
            <w:tcW w:type="dxa" w:w="4320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2.1등급 (최강)</w:t>
            </w:r>
          </w:p>
        </w:tc>
      </w:tr>
      <w:tr>
        <w:tc>
          <w:tcPr>
            <w:tcW w:type="dxa" w:w="4320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영어</w:t>
            </w:r>
          </w:p>
        </w:tc>
        <w:tc>
          <w:tcPr>
            <w:tcW w:type="dxa" w:w="4320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2.3등급</w:t>
            </w:r>
          </w:p>
        </w:tc>
      </w:tr>
      <w:tr>
        <w:tc>
          <w:tcPr>
            <w:tcW w:type="dxa" w:w="4320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수학</w:t>
            </w:r>
          </w:p>
        </w:tc>
        <w:tc>
          <w:tcPr>
            <w:tcW w:type="dxa" w:w="4320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3.8등급</w:t>
            </w:r>
          </w:p>
        </w:tc>
      </w:tr>
      <w:tr>
        <w:tc>
          <w:tcPr>
            <w:tcW w:type="dxa" w:w="4320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추세</w:t>
            </w:r>
          </w:p>
        </w:tc>
        <w:tc>
          <w:tcPr>
            <w:tcW w:type="dxa" w:w="4320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1학년 3.5 → 2학년 3.1 → 3학년 2.8 지속 상승▲</w:t>
            </w:r>
          </w:p>
        </w:tc>
      </w:tr>
      <w:tr>
        <w:tc>
          <w:tcPr>
            <w:tcW w:type="dxa" w:w="4320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등급 분포</w:t>
            </w:r>
          </w:p>
        </w:tc>
        <w:tc>
          <w:tcPr>
            <w:tcW w:type="dxa" w:w="4320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2등급 10개, 3등급 14개, 4등급 9개, 5등급 2개</w:t>
            </w:r>
          </w:p>
        </w:tc>
      </w:tr>
    </w:tbl>
    <w:p>
      <w:pPr>
        <w:pStyle w:val="Heading2"/>
      </w:pPr>
      <w:r>
        <w:rPr>
          <w:rFonts w:ascii="맑은 고딕" w:hAnsi="맑은 고딕" w:eastAsia="맑은 고딕"/>
        </w:rPr>
        <w:t>3-1. 교과별 분석</w:t>
      </w:r>
    </w:p>
    <w:p>
      <w:r>
        <w:t>국어: 2.1등급. 독서·화법과작문 모두 2등급. 인문·미디어 계열 핵심 강점.</w:t>
        <w:br/>
        <w:t>영어: 2.3등급. 영어Ⅰ·Ⅱ 안정적. 글로벌 미디어 역량.</w:t>
        <w:br/>
        <w:t>수학: 3.8등급. 전 교과 중 가장 낮으나 3학년 3.5로 상승.</w:t>
        <w:br/>
        <w:t>사회: 사회문화(2등급), 생활과윤리(2등급). 인문사회 과목 우수.</w:t>
      </w:r>
    </w:p>
    <w:p>
      <w:pPr>
        <w:pStyle w:val="Heading2"/>
      </w:pPr>
      <w:r>
        <w:rPr>
          <w:rFonts w:ascii="맑은 고딕" w:hAnsi="맑은 고딕" w:eastAsia="맑은 고딕"/>
        </w:rPr>
        <w:t>3-2. 전공적합성 분석</w:t>
      </w:r>
    </w:p>
    <w:p>
      <w:r>
        <w:t>■ 진로: 미디어콘텐츠 기획자 (3년 일관)</w:t>
        <w:br/>
        <w:br/>
        <w:t>■ 학생부 기록:</w:t>
        <w:br/>
        <w:t xml:space="preserve">  · 1학년: "미디어에 관심, 영상 기획·편집 활동"</w:t>
        <w:br/>
        <w:t xml:space="preserve">  · 2학년: "교내 방송부, 다큐멘터리 기획·제작"</w:t>
        <w:br/>
        <w:t xml:space="preserve">  · 3학년: "미디어 리터러시 연구, 콘텐츠 마케팅 탐구"</w:t>
        <w:br/>
        <w:br/>
        <w:t>■ 이수: 사회문화(2), 독서(2), 미디어와 사회(A)</w:t>
        <w:br/>
        <w:t>■ 전공적합성: ★최상 (미디어·콘텐츠·언론 계열)</w:t>
      </w:r>
    </w:p>
    <w:p>
      <w:pPr>
        <w:pStyle w:val="Heading2"/>
      </w:pPr>
      <w:r>
        <w:rPr>
          <w:rFonts w:ascii="맑은 고딕" w:hAnsi="맑은 고딕" w:eastAsia="맑은 고딕"/>
        </w:rPr>
        <w:t>3-3. 4개년 경쟁률 트렌드</w:t>
      </w:r>
    </w:p>
    <w:p>
      <w:r>
        <w:t>· 세종대 미디어커뮤니케이션: 2026 종합 70%=4.5 → 여유</w:t>
        <w:br/>
        <w:t>· 국민대 미디어전공: 2026 종합 70%=3.4 → 가능</w:t>
        <w:br/>
        <w:t>· 숭실대 글로벌미디어: 2026 종합 70%=3.2 → 근접</w:t>
        <w:br/>
        <w:t>· 건국대 미디어커뮤니케이션: 2026 종합 70%=2.7 → 도전</w:t>
        <w:br/>
        <w:t>· 중앙대 미디어커뮤니케이션: 2026 종합 70%=2.4 → 상향</w:t>
      </w:r>
    </w:p>
    <w:p>
      <w:r>
        <w:br w:type="page"/>
      </w:r>
    </w:p>
    <w:p>
      <w:pPr>
        <w:pStyle w:val="Heading1"/>
      </w:pPr>
      <w:r>
        <w:rPr>
          <w:rFonts w:ascii="맑은 고딕" w:hAnsi="맑은 고딕" w:eastAsia="맑은 고딕"/>
        </w:rPr>
        <w:t>4. 최종 수시 6장 지원 카드</w:t>
      </w:r>
    </w:p>
    <w:p>
      <w:r>
        <w:t>안전 2장 + 적정 2장 + 상향 2장 | 수능최저 없음 | 면접 없는 전형</w:t>
      </w:r>
    </w:p>
    <w:p>
      <w:pPr>
        <w:pStyle w:val="Heading2"/>
      </w:pPr>
      <w:r>
        <w:rPr>
          <w:rFonts w:ascii="맑은 고딕" w:hAnsi="맑은 고딕" w:eastAsia="맑은 고딕"/>
        </w:rPr>
        <w:t>카드 1. [안전] 세종대학교 미디어커뮤니케이션학과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268"/>
        <w:gridCol w:w="6803"/>
      </w:tblGrid>
      <w:tr>
        <w:tc>
          <w:tcPr>
            <w:tcW w:type="dxa" w:w="4320"/>
          </w:tcPr>
          <w:p>
            <w:r>
              <w:t>항목</w:t>
            </w:r>
          </w:p>
        </w:tc>
        <w:tc>
          <w:tcPr>
            <w:tcW w:type="dxa" w:w="4320"/>
          </w:tcPr>
          <w:p>
            <w:r>
              <w:t>내용</w:t>
            </w:r>
          </w:p>
        </w:tc>
      </w:tr>
      <w:tr>
        <w:tc>
          <w:tcPr>
            <w:tcW w:type="dxa" w:w="2268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전형</w:t>
            </w:r>
          </w:p>
        </w:tc>
        <w:tc>
          <w:tcPr>
            <w:tcW w:type="dxa" w:w="6803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종합(세종인재 서류형)</w:t>
            </w:r>
          </w:p>
        </w:tc>
      </w:tr>
      <w:tr>
        <w:tc>
          <w:tcPr>
            <w:tcW w:type="dxa" w:w="2268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모집인원</w:t>
            </w:r>
          </w:p>
        </w:tc>
        <w:tc>
          <w:tcPr>
            <w:tcW w:type="dxa" w:w="6803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10명</w:t>
            </w:r>
          </w:p>
        </w:tc>
      </w:tr>
      <w:tr>
        <w:tc>
          <w:tcPr>
            <w:tcW w:type="dxa" w:w="2268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수능최저 / 면접</w:t>
            </w:r>
          </w:p>
        </w:tc>
        <w:tc>
          <w:tcPr>
            <w:tcW w:type="dxa" w:w="6803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없음 / 없음</w:t>
            </w:r>
          </w:p>
        </w:tc>
      </w:tr>
      <w:tr>
        <w:tc>
          <w:tcPr>
            <w:tcW w:type="dxa" w:w="2268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자택 거리</w:t>
            </w:r>
          </w:p>
        </w:tc>
        <w:tc>
          <w:tcPr>
            <w:tcW w:type="dxa" w:w="6803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15km</w:t>
            </w:r>
          </w:p>
        </w:tc>
      </w:tr>
      <w:tr>
        <w:tc>
          <w:tcPr>
            <w:tcW w:type="dxa" w:w="2268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과거 등급</w:t>
            </w:r>
          </w:p>
        </w:tc>
        <w:tc>
          <w:tcPr>
            <w:tcW w:type="dxa" w:w="6803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2026 종합 70%=4.5 (1.3등급 여유)</w:t>
            </w:r>
          </w:p>
        </w:tc>
      </w:tr>
    </w:tbl>
    <w:p/>
    <w:p>
      <w:r>
        <w:rPr>
          <w:b/>
        </w:rPr>
        <w:t>선정 근거:</w:t>
      </w:r>
    </w:p>
    <w:p>
      <w:pPr>
        <w:pStyle w:val="ListBullet"/>
      </w:pPr>
      <w:r>
        <w:t>70%=4.5로 넉넉한 여유</w:t>
      </w:r>
    </w:p>
    <w:p>
      <w:pPr>
        <w:pStyle w:val="ListBullet"/>
      </w:pPr>
      <w:r>
        <w:t>미디어 전공적합성 높음</w:t>
      </w:r>
    </w:p>
    <w:p>
      <w:pPr>
        <w:pStyle w:val="ListBullet"/>
      </w:pPr>
      <w:r>
        <w:t>서류형 면접없음</w:t>
      </w:r>
    </w:p>
    <w:p/>
    <w:p>
      <w:pPr>
        <w:pStyle w:val="Heading2"/>
      </w:pPr>
      <w:r>
        <w:rPr>
          <w:rFonts w:ascii="맑은 고딕" w:hAnsi="맑은 고딕" w:eastAsia="맑은 고딕"/>
        </w:rPr>
        <w:t>카드 2. [안전] 단국대학교 미디어커뮤니케이션학부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268"/>
        <w:gridCol w:w="6803"/>
      </w:tblGrid>
      <w:tr>
        <w:tc>
          <w:tcPr>
            <w:tcW w:type="dxa" w:w="4320"/>
          </w:tcPr>
          <w:p>
            <w:r>
              <w:t>항목</w:t>
            </w:r>
          </w:p>
        </w:tc>
        <w:tc>
          <w:tcPr>
            <w:tcW w:type="dxa" w:w="4320"/>
          </w:tcPr>
          <w:p>
            <w:r>
              <w:t>내용</w:t>
            </w:r>
          </w:p>
        </w:tc>
      </w:tr>
      <w:tr>
        <w:tc>
          <w:tcPr>
            <w:tcW w:type="dxa" w:w="2268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전형</w:t>
            </w:r>
          </w:p>
        </w:tc>
        <w:tc>
          <w:tcPr>
            <w:tcW w:type="dxa" w:w="6803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종합(DKU인재 서류형)</w:t>
            </w:r>
          </w:p>
        </w:tc>
      </w:tr>
      <w:tr>
        <w:tc>
          <w:tcPr>
            <w:tcW w:type="dxa" w:w="2268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모집인원</w:t>
            </w:r>
          </w:p>
        </w:tc>
        <w:tc>
          <w:tcPr>
            <w:tcW w:type="dxa" w:w="6803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25명</w:t>
            </w:r>
          </w:p>
        </w:tc>
      </w:tr>
      <w:tr>
        <w:tc>
          <w:tcPr>
            <w:tcW w:type="dxa" w:w="2268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수능최저 / 면접</w:t>
            </w:r>
          </w:p>
        </w:tc>
        <w:tc>
          <w:tcPr>
            <w:tcW w:type="dxa" w:w="6803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없음 / 없음</w:t>
            </w:r>
          </w:p>
        </w:tc>
      </w:tr>
      <w:tr>
        <w:tc>
          <w:tcPr>
            <w:tcW w:type="dxa" w:w="2268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자택 거리</w:t>
            </w:r>
          </w:p>
        </w:tc>
        <w:tc>
          <w:tcPr>
            <w:tcW w:type="dxa" w:w="6803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18km</w:t>
            </w:r>
          </w:p>
        </w:tc>
      </w:tr>
      <w:tr>
        <w:tc>
          <w:tcPr>
            <w:tcW w:type="dxa" w:w="2268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과거 등급</w:t>
            </w:r>
          </w:p>
        </w:tc>
        <w:tc>
          <w:tcPr>
            <w:tcW w:type="dxa" w:w="6803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인문계열 광역모집 (충원 유리)</w:t>
            </w:r>
          </w:p>
        </w:tc>
      </w:tr>
    </w:tbl>
    <w:p/>
    <w:p>
      <w:r>
        <w:rPr>
          <w:b/>
        </w:rPr>
        <w:t>선정 근거:</w:t>
      </w:r>
    </w:p>
    <w:p>
      <w:pPr>
        <w:pStyle w:val="ListBullet"/>
      </w:pPr>
      <w:r>
        <w:t>25명 대량모집</w:t>
      </w:r>
    </w:p>
    <w:p>
      <w:pPr>
        <w:pStyle w:val="ListBullet"/>
      </w:pPr>
      <w:r>
        <w:t>인문계열 광역으로 충원합격 가능성 높음</w:t>
      </w:r>
    </w:p>
    <w:p>
      <w:pPr>
        <w:pStyle w:val="ListBullet"/>
      </w:pPr>
      <w:r>
        <w:t>국어·영어 강점 어필</w:t>
      </w:r>
    </w:p>
    <w:p/>
    <w:p>
      <w:pPr>
        <w:pStyle w:val="Heading2"/>
      </w:pPr>
      <w:r>
        <w:rPr>
          <w:rFonts w:ascii="맑은 고딕" w:hAnsi="맑은 고딕" w:eastAsia="맑은 고딕"/>
        </w:rPr>
        <w:t>카드 3. [적정] 국민대학교 미디어전공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268"/>
        <w:gridCol w:w="6803"/>
      </w:tblGrid>
      <w:tr>
        <w:tc>
          <w:tcPr>
            <w:tcW w:type="dxa" w:w="4320"/>
          </w:tcPr>
          <w:p>
            <w:r>
              <w:t>항목</w:t>
            </w:r>
          </w:p>
        </w:tc>
        <w:tc>
          <w:tcPr>
            <w:tcW w:type="dxa" w:w="4320"/>
          </w:tcPr>
          <w:p>
            <w:r>
              <w:t>내용</w:t>
            </w:r>
          </w:p>
        </w:tc>
      </w:tr>
      <w:tr>
        <w:tc>
          <w:tcPr>
            <w:tcW w:type="dxa" w:w="2268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전형</w:t>
            </w:r>
          </w:p>
        </w:tc>
        <w:tc>
          <w:tcPr>
            <w:tcW w:type="dxa" w:w="6803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종합(국민프런티어 서류형)</w:t>
            </w:r>
          </w:p>
        </w:tc>
      </w:tr>
      <w:tr>
        <w:tc>
          <w:tcPr>
            <w:tcW w:type="dxa" w:w="2268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모집인원</w:t>
            </w:r>
          </w:p>
        </w:tc>
        <w:tc>
          <w:tcPr>
            <w:tcW w:type="dxa" w:w="6803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12명</w:t>
            </w:r>
          </w:p>
        </w:tc>
      </w:tr>
      <w:tr>
        <w:tc>
          <w:tcPr>
            <w:tcW w:type="dxa" w:w="2268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수능최저 / 면접</w:t>
            </w:r>
          </w:p>
        </w:tc>
        <w:tc>
          <w:tcPr>
            <w:tcW w:type="dxa" w:w="6803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없음 / 없음</w:t>
            </w:r>
          </w:p>
        </w:tc>
      </w:tr>
      <w:tr>
        <w:tc>
          <w:tcPr>
            <w:tcW w:type="dxa" w:w="2268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자택 거리</w:t>
            </w:r>
          </w:p>
        </w:tc>
        <w:tc>
          <w:tcPr>
            <w:tcW w:type="dxa" w:w="6803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12km</w:t>
            </w:r>
          </w:p>
        </w:tc>
      </w:tr>
      <w:tr>
        <w:tc>
          <w:tcPr>
            <w:tcW w:type="dxa" w:w="2268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과거 등급</w:t>
            </w:r>
          </w:p>
        </w:tc>
        <w:tc>
          <w:tcPr>
            <w:tcW w:type="dxa" w:w="6803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2026 종합 70%=3.4 (0.2등급 여유)</w:t>
            </w:r>
          </w:p>
        </w:tc>
      </w:tr>
    </w:tbl>
    <w:p/>
    <w:p>
      <w:r>
        <w:rPr>
          <w:b/>
        </w:rPr>
        <w:t>선정 근거:</w:t>
      </w:r>
    </w:p>
    <w:p>
      <w:pPr>
        <w:pStyle w:val="ListBullet"/>
      </w:pPr>
      <w:r>
        <w:t>70%=3.4로 합격 가능 범위</w:t>
      </w:r>
    </w:p>
    <w:p>
      <w:pPr>
        <w:pStyle w:val="ListBullet"/>
      </w:pPr>
      <w:r>
        <w:t>미디어 직접 매칭</w:t>
      </w:r>
    </w:p>
    <w:p>
      <w:pPr>
        <w:pStyle w:val="ListBullet"/>
      </w:pPr>
      <w:r>
        <w:t>방송부 경험 어필</w:t>
      </w:r>
    </w:p>
    <w:p/>
    <w:p>
      <w:pPr>
        <w:pStyle w:val="Heading2"/>
      </w:pPr>
      <w:r>
        <w:rPr>
          <w:rFonts w:ascii="맑은 고딕" w:hAnsi="맑은 고딕" w:eastAsia="맑은 고딕"/>
        </w:rPr>
        <w:t>카드 4. [적정 ★미디어] 숭실대학교 글로벌미디어학부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268"/>
        <w:gridCol w:w="6803"/>
      </w:tblGrid>
      <w:tr>
        <w:tc>
          <w:tcPr>
            <w:tcW w:type="dxa" w:w="4320"/>
          </w:tcPr>
          <w:p>
            <w:r>
              <w:t>항목</w:t>
            </w:r>
          </w:p>
        </w:tc>
        <w:tc>
          <w:tcPr>
            <w:tcW w:type="dxa" w:w="4320"/>
          </w:tcPr>
          <w:p>
            <w:r>
              <w:t>내용</w:t>
            </w:r>
          </w:p>
        </w:tc>
      </w:tr>
      <w:tr>
        <w:tc>
          <w:tcPr>
            <w:tcW w:type="dxa" w:w="2268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전형</w:t>
            </w:r>
          </w:p>
        </w:tc>
        <w:tc>
          <w:tcPr>
            <w:tcW w:type="dxa" w:w="6803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종합(SSU미래인재 서류형)</w:t>
            </w:r>
          </w:p>
        </w:tc>
      </w:tr>
      <w:tr>
        <w:tc>
          <w:tcPr>
            <w:tcW w:type="dxa" w:w="2268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모집인원</w:t>
            </w:r>
          </w:p>
        </w:tc>
        <w:tc>
          <w:tcPr>
            <w:tcW w:type="dxa" w:w="6803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15명</w:t>
            </w:r>
          </w:p>
        </w:tc>
      </w:tr>
      <w:tr>
        <w:tc>
          <w:tcPr>
            <w:tcW w:type="dxa" w:w="2268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수능최저 / 면접</w:t>
            </w:r>
          </w:p>
        </w:tc>
        <w:tc>
          <w:tcPr>
            <w:tcW w:type="dxa" w:w="6803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없음 / 없음</w:t>
            </w:r>
          </w:p>
        </w:tc>
      </w:tr>
      <w:tr>
        <w:tc>
          <w:tcPr>
            <w:tcW w:type="dxa" w:w="2268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자택 거리</w:t>
            </w:r>
          </w:p>
        </w:tc>
        <w:tc>
          <w:tcPr>
            <w:tcW w:type="dxa" w:w="6803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14km</w:t>
            </w:r>
          </w:p>
        </w:tc>
      </w:tr>
      <w:tr>
        <w:tc>
          <w:tcPr>
            <w:tcW w:type="dxa" w:w="2268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과거 등급</w:t>
            </w:r>
          </w:p>
        </w:tc>
        <w:tc>
          <w:tcPr>
            <w:tcW w:type="dxa" w:w="6803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2026 종합 70%=3.2 (등급 동일)</w:t>
            </w:r>
          </w:p>
        </w:tc>
      </w:tr>
    </w:tbl>
    <w:p/>
    <w:p>
      <w:r>
        <w:rPr>
          <w:b/>
        </w:rPr>
        <w:t>선정 근거:</w:t>
      </w:r>
    </w:p>
    <w:p>
      <w:pPr>
        <w:pStyle w:val="ListBullet"/>
      </w:pPr>
      <w:r>
        <w:t>★ 전공적합성 최고 매칭</w:t>
      </w:r>
    </w:p>
    <w:p>
      <w:pPr>
        <w:pStyle w:val="ListBullet"/>
      </w:pPr>
      <w:r>
        <w:t>3년 미디어 기록이 서류 핵심</w:t>
      </w:r>
    </w:p>
    <w:p>
      <w:pPr>
        <w:pStyle w:val="ListBullet"/>
      </w:pPr>
      <w:r>
        <w:t>국어 2.1 + 영어 2.3 강점</w:t>
      </w:r>
    </w:p>
    <w:p/>
    <w:p>
      <w:pPr>
        <w:pStyle w:val="Heading2"/>
      </w:pPr>
      <w:r>
        <w:rPr>
          <w:rFonts w:ascii="맑은 고딕" w:hAnsi="맑은 고딕" w:eastAsia="맑은 고딕"/>
        </w:rPr>
        <w:t>카드 5. [상향] 건국대학교 미디어커뮤니케이션학과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268"/>
        <w:gridCol w:w="6803"/>
      </w:tblGrid>
      <w:tr>
        <w:tc>
          <w:tcPr>
            <w:tcW w:type="dxa" w:w="4320"/>
          </w:tcPr>
          <w:p>
            <w:r>
              <w:t>항목</w:t>
            </w:r>
          </w:p>
        </w:tc>
        <w:tc>
          <w:tcPr>
            <w:tcW w:type="dxa" w:w="4320"/>
          </w:tcPr>
          <w:p>
            <w:r>
              <w:t>내용</w:t>
            </w:r>
          </w:p>
        </w:tc>
      </w:tr>
      <w:tr>
        <w:tc>
          <w:tcPr>
            <w:tcW w:type="dxa" w:w="2268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전형</w:t>
            </w:r>
          </w:p>
        </w:tc>
        <w:tc>
          <w:tcPr>
            <w:tcW w:type="dxa" w:w="6803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종합(KU자기추천 서류형)</w:t>
            </w:r>
          </w:p>
        </w:tc>
      </w:tr>
      <w:tr>
        <w:tc>
          <w:tcPr>
            <w:tcW w:type="dxa" w:w="2268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모집인원</w:t>
            </w:r>
          </w:p>
        </w:tc>
        <w:tc>
          <w:tcPr>
            <w:tcW w:type="dxa" w:w="6803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15명</w:t>
            </w:r>
          </w:p>
        </w:tc>
      </w:tr>
      <w:tr>
        <w:tc>
          <w:tcPr>
            <w:tcW w:type="dxa" w:w="2268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수능최저 / 면접</w:t>
            </w:r>
          </w:p>
        </w:tc>
        <w:tc>
          <w:tcPr>
            <w:tcW w:type="dxa" w:w="6803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없음 / 없음</w:t>
            </w:r>
          </w:p>
        </w:tc>
      </w:tr>
      <w:tr>
        <w:tc>
          <w:tcPr>
            <w:tcW w:type="dxa" w:w="2268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자택 거리</w:t>
            </w:r>
          </w:p>
        </w:tc>
        <w:tc>
          <w:tcPr>
            <w:tcW w:type="dxa" w:w="6803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10km</w:t>
            </w:r>
          </w:p>
        </w:tc>
      </w:tr>
      <w:tr>
        <w:tc>
          <w:tcPr>
            <w:tcW w:type="dxa" w:w="2268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과거 등급</w:t>
            </w:r>
          </w:p>
        </w:tc>
        <w:tc>
          <w:tcPr>
            <w:tcW w:type="dxa" w:w="6803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2026 종합 70%=2.7 (0.5등급 부족)</w:t>
            </w:r>
          </w:p>
        </w:tc>
      </w:tr>
    </w:tbl>
    <w:p/>
    <w:p>
      <w:r>
        <w:rPr>
          <w:b/>
        </w:rPr>
        <w:t>선정 근거:</w:t>
      </w:r>
    </w:p>
    <w:p>
      <w:pPr>
        <w:pStyle w:val="ListBullet"/>
      </w:pPr>
      <w:r>
        <w:t>커트라인 도전적이나 국어 2.1 어필</w:t>
      </w:r>
    </w:p>
    <w:p>
      <w:pPr>
        <w:pStyle w:val="ListBullet"/>
      </w:pPr>
      <w:r>
        <w:t>성적 상승 추세 긍정적</w:t>
      </w:r>
    </w:p>
    <w:p>
      <w:pPr>
        <w:pStyle w:val="ListBullet"/>
      </w:pPr>
      <w:r>
        <w:t>충원합격 기대</w:t>
      </w:r>
    </w:p>
    <w:p/>
    <w:p>
      <w:pPr>
        <w:pStyle w:val="Heading2"/>
      </w:pPr>
      <w:r>
        <w:rPr>
          <w:rFonts w:ascii="맑은 고딕" w:hAnsi="맑은 고딕" w:eastAsia="맑은 고딕"/>
        </w:rPr>
        <w:t>카드 6. [상향] 중앙대학교 미디어커뮤니케이션학부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268"/>
        <w:gridCol w:w="6803"/>
      </w:tblGrid>
      <w:tr>
        <w:tc>
          <w:tcPr>
            <w:tcW w:type="dxa" w:w="4320"/>
          </w:tcPr>
          <w:p>
            <w:r>
              <w:t>항목</w:t>
            </w:r>
          </w:p>
        </w:tc>
        <w:tc>
          <w:tcPr>
            <w:tcW w:type="dxa" w:w="4320"/>
          </w:tcPr>
          <w:p>
            <w:r>
              <w:t>내용</w:t>
            </w:r>
          </w:p>
        </w:tc>
      </w:tr>
      <w:tr>
        <w:tc>
          <w:tcPr>
            <w:tcW w:type="dxa" w:w="2268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전형</w:t>
            </w:r>
          </w:p>
        </w:tc>
        <w:tc>
          <w:tcPr>
            <w:tcW w:type="dxa" w:w="6803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종합(다빈치인재 서류형)</w:t>
            </w:r>
          </w:p>
        </w:tc>
      </w:tr>
      <w:tr>
        <w:tc>
          <w:tcPr>
            <w:tcW w:type="dxa" w:w="2268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모집인원</w:t>
            </w:r>
          </w:p>
        </w:tc>
        <w:tc>
          <w:tcPr>
            <w:tcW w:type="dxa" w:w="6803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8명</w:t>
            </w:r>
          </w:p>
        </w:tc>
      </w:tr>
      <w:tr>
        <w:tc>
          <w:tcPr>
            <w:tcW w:type="dxa" w:w="2268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수능최저 / 면접</w:t>
            </w:r>
          </w:p>
        </w:tc>
        <w:tc>
          <w:tcPr>
            <w:tcW w:type="dxa" w:w="6803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없음 / 없음</w:t>
            </w:r>
          </w:p>
        </w:tc>
      </w:tr>
      <w:tr>
        <w:tc>
          <w:tcPr>
            <w:tcW w:type="dxa" w:w="2268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자택 거리</w:t>
            </w:r>
          </w:p>
        </w:tc>
        <w:tc>
          <w:tcPr>
            <w:tcW w:type="dxa" w:w="6803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13km</w:t>
            </w:r>
          </w:p>
        </w:tc>
      </w:tr>
      <w:tr>
        <w:tc>
          <w:tcPr>
            <w:tcW w:type="dxa" w:w="2268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과거 등급</w:t>
            </w:r>
          </w:p>
        </w:tc>
        <w:tc>
          <w:tcPr>
            <w:tcW w:type="dxa" w:w="6803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2026 종합 70%=2.4 (0.8등급 부족)</w:t>
            </w:r>
          </w:p>
        </w:tc>
      </w:tr>
    </w:tbl>
    <w:p/>
    <w:p>
      <w:r>
        <w:rPr>
          <w:b/>
        </w:rPr>
        <w:t>선정 근거:</w:t>
      </w:r>
    </w:p>
    <w:p>
      <w:pPr>
        <w:pStyle w:val="ListBullet"/>
      </w:pPr>
      <w:r>
        <w:t>최상향 도전</w:t>
      </w:r>
    </w:p>
    <w:p>
      <w:pPr>
        <w:pStyle w:val="ListBullet"/>
      </w:pPr>
      <w:r>
        <w:t>상위 합격자 이탈 시 충원 발생</w:t>
      </w:r>
    </w:p>
    <w:p>
      <w:pPr>
        <w:pStyle w:val="ListBullet"/>
      </w:pPr>
      <w:r>
        <w:t>미디어 세특 우수 시 역전 가능</w:t>
      </w:r>
    </w:p>
    <w:p/>
    <w:p>
      <w:r>
        <w:br w:type="page"/>
      </w:r>
    </w:p>
    <w:p>
      <w:pPr>
        <w:pStyle w:val="Heading1"/>
      </w:pPr>
      <w:r>
        <w:rPr>
          <w:rFonts w:ascii="맑은 고딕" w:hAnsi="맑은 고딕" w:eastAsia="맑은 고딕"/>
        </w:rPr>
        <w:t>5. 6장 배치 전략 요약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1234"/>
        <w:gridCol w:w="1234"/>
        <w:gridCol w:w="1234"/>
        <w:gridCol w:w="1234"/>
        <w:gridCol w:w="1234"/>
        <w:gridCol w:w="1234"/>
        <w:gridCol w:w="1234"/>
      </w:tblGrid>
      <w:tr>
        <w:tc>
          <w:tcPr>
            <w:tcW w:type="dxa" w:w="1234"/>
          </w:tcPr>
          <w:p>
            <w:r>
              <w:t>카드</w:t>
            </w:r>
          </w:p>
        </w:tc>
        <w:tc>
          <w:tcPr>
            <w:tcW w:type="dxa" w:w="1234"/>
          </w:tcPr>
          <w:p>
            <w:r>
              <w:t>전략</w:t>
            </w:r>
          </w:p>
        </w:tc>
        <w:tc>
          <w:tcPr>
            <w:tcW w:type="dxa" w:w="1234"/>
          </w:tcPr>
          <w:p>
            <w:r>
              <w:t>대학</w:t>
            </w:r>
          </w:p>
        </w:tc>
        <w:tc>
          <w:tcPr>
            <w:tcW w:type="dxa" w:w="1234"/>
          </w:tcPr>
          <w:p>
            <w:r>
              <w:t>학과</w:t>
            </w:r>
          </w:p>
        </w:tc>
        <w:tc>
          <w:tcPr>
            <w:tcW w:type="dxa" w:w="1234"/>
          </w:tcPr>
          <w:p>
            <w:r>
              <w:t>모집</w:t>
            </w:r>
          </w:p>
        </w:tc>
        <w:tc>
          <w:tcPr>
            <w:tcW w:type="dxa" w:w="1234"/>
          </w:tcPr>
          <w:p>
            <w:r>
              <w:t>거리</w:t>
            </w:r>
          </w:p>
        </w:tc>
        <w:tc>
          <w:tcPr>
            <w:tcW w:type="dxa" w:w="1234"/>
          </w:tcPr>
          <w:p>
            <w:r>
              <w:t>핵심</w:t>
            </w:r>
          </w:p>
        </w:tc>
      </w:tr>
      <w:tr>
        <w:tc>
          <w:tcPr>
            <w:tcW w:type="dxa" w:w="1234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1</w:t>
            </w:r>
          </w:p>
        </w:tc>
        <w:tc>
          <w:tcPr>
            <w:tcW w:type="dxa" w:w="1234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안전</w:t>
            </w:r>
          </w:p>
        </w:tc>
        <w:tc>
          <w:tcPr>
            <w:tcW w:type="dxa" w:w="1234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세종대학교</w:t>
            </w:r>
          </w:p>
        </w:tc>
        <w:tc>
          <w:tcPr>
            <w:tcW w:type="dxa" w:w="1234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미디어커뮤니케이션학</w:t>
            </w:r>
          </w:p>
        </w:tc>
        <w:tc>
          <w:tcPr>
            <w:tcW w:type="dxa" w:w="1234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10명</w:t>
            </w:r>
          </w:p>
        </w:tc>
        <w:tc>
          <w:tcPr>
            <w:tcW w:type="dxa" w:w="1234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15km</w:t>
            </w:r>
          </w:p>
        </w:tc>
        <w:tc>
          <w:tcPr>
            <w:tcW w:type="dxa" w:w="1234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70%여유</w:t>
            </w:r>
          </w:p>
        </w:tc>
      </w:tr>
      <w:tr>
        <w:tc>
          <w:tcPr>
            <w:tcW w:type="dxa" w:w="1234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2</w:t>
            </w:r>
          </w:p>
        </w:tc>
        <w:tc>
          <w:tcPr>
            <w:tcW w:type="dxa" w:w="1234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안전</w:t>
            </w:r>
          </w:p>
        </w:tc>
        <w:tc>
          <w:tcPr>
            <w:tcW w:type="dxa" w:w="1234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단국대학교</w:t>
            </w:r>
          </w:p>
        </w:tc>
        <w:tc>
          <w:tcPr>
            <w:tcW w:type="dxa" w:w="1234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미디어커뮤니케이션학</w:t>
            </w:r>
          </w:p>
        </w:tc>
        <w:tc>
          <w:tcPr>
            <w:tcW w:type="dxa" w:w="1234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25명</w:t>
            </w:r>
          </w:p>
        </w:tc>
        <w:tc>
          <w:tcPr>
            <w:tcW w:type="dxa" w:w="1234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18km</w:t>
            </w:r>
          </w:p>
        </w:tc>
        <w:tc>
          <w:tcPr>
            <w:tcW w:type="dxa" w:w="1234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대량+충원</w:t>
            </w:r>
          </w:p>
        </w:tc>
      </w:tr>
      <w:tr>
        <w:tc>
          <w:tcPr>
            <w:tcW w:type="dxa" w:w="1234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3</w:t>
            </w:r>
          </w:p>
        </w:tc>
        <w:tc>
          <w:tcPr>
            <w:tcW w:type="dxa" w:w="1234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적정</w:t>
            </w:r>
          </w:p>
        </w:tc>
        <w:tc>
          <w:tcPr>
            <w:tcW w:type="dxa" w:w="1234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국민대학교</w:t>
            </w:r>
          </w:p>
        </w:tc>
        <w:tc>
          <w:tcPr>
            <w:tcW w:type="dxa" w:w="1234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미디어전공</w:t>
            </w:r>
          </w:p>
        </w:tc>
        <w:tc>
          <w:tcPr>
            <w:tcW w:type="dxa" w:w="1234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12명</w:t>
            </w:r>
          </w:p>
        </w:tc>
        <w:tc>
          <w:tcPr>
            <w:tcW w:type="dxa" w:w="1234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12km</w:t>
            </w:r>
          </w:p>
        </w:tc>
        <w:tc>
          <w:tcPr>
            <w:tcW w:type="dxa" w:w="1234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70%가능</w:t>
            </w:r>
          </w:p>
        </w:tc>
      </w:tr>
      <w:tr>
        <w:tc>
          <w:tcPr>
            <w:tcW w:type="dxa" w:w="1234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4</w:t>
            </w:r>
          </w:p>
        </w:tc>
        <w:tc>
          <w:tcPr>
            <w:tcW w:type="dxa" w:w="1234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적정 ★미디어</w:t>
            </w:r>
          </w:p>
        </w:tc>
        <w:tc>
          <w:tcPr>
            <w:tcW w:type="dxa" w:w="1234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숭실대학교</w:t>
            </w:r>
          </w:p>
        </w:tc>
        <w:tc>
          <w:tcPr>
            <w:tcW w:type="dxa" w:w="1234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글로벌미디어학부</w:t>
            </w:r>
          </w:p>
        </w:tc>
        <w:tc>
          <w:tcPr>
            <w:tcW w:type="dxa" w:w="1234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15명</w:t>
            </w:r>
          </w:p>
        </w:tc>
        <w:tc>
          <w:tcPr>
            <w:tcW w:type="dxa" w:w="1234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14km</w:t>
            </w:r>
          </w:p>
        </w:tc>
        <w:tc>
          <w:tcPr>
            <w:tcW w:type="dxa" w:w="1234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미디어매칭</w:t>
            </w:r>
          </w:p>
        </w:tc>
      </w:tr>
      <w:tr>
        <w:tc>
          <w:tcPr>
            <w:tcW w:type="dxa" w:w="1234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5</w:t>
            </w:r>
          </w:p>
        </w:tc>
        <w:tc>
          <w:tcPr>
            <w:tcW w:type="dxa" w:w="1234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상향</w:t>
            </w:r>
          </w:p>
        </w:tc>
        <w:tc>
          <w:tcPr>
            <w:tcW w:type="dxa" w:w="1234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건국대학교</w:t>
            </w:r>
          </w:p>
        </w:tc>
        <w:tc>
          <w:tcPr>
            <w:tcW w:type="dxa" w:w="1234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미디어커뮤니케이션학</w:t>
            </w:r>
          </w:p>
        </w:tc>
        <w:tc>
          <w:tcPr>
            <w:tcW w:type="dxa" w:w="1234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15명</w:t>
            </w:r>
          </w:p>
        </w:tc>
        <w:tc>
          <w:tcPr>
            <w:tcW w:type="dxa" w:w="1234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10km</w:t>
            </w:r>
          </w:p>
        </w:tc>
        <w:tc>
          <w:tcPr>
            <w:tcW w:type="dxa" w:w="1234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충원기대</w:t>
            </w:r>
          </w:p>
        </w:tc>
      </w:tr>
      <w:tr>
        <w:tc>
          <w:tcPr>
            <w:tcW w:type="dxa" w:w="1234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6</w:t>
            </w:r>
          </w:p>
        </w:tc>
        <w:tc>
          <w:tcPr>
            <w:tcW w:type="dxa" w:w="1234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상향</w:t>
            </w:r>
          </w:p>
        </w:tc>
        <w:tc>
          <w:tcPr>
            <w:tcW w:type="dxa" w:w="1234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중앙대학교</w:t>
            </w:r>
          </w:p>
        </w:tc>
        <w:tc>
          <w:tcPr>
            <w:tcW w:type="dxa" w:w="1234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미디어커뮤니케이션학</w:t>
            </w:r>
          </w:p>
        </w:tc>
        <w:tc>
          <w:tcPr>
            <w:tcW w:type="dxa" w:w="1234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8명</w:t>
            </w:r>
          </w:p>
        </w:tc>
        <w:tc>
          <w:tcPr>
            <w:tcW w:type="dxa" w:w="1234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13km</w:t>
            </w:r>
          </w:p>
        </w:tc>
        <w:tc>
          <w:tcPr>
            <w:tcW w:type="dxa" w:w="1234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최상향</w:t>
            </w:r>
          </w:p>
        </w:tc>
      </w:tr>
    </w:tbl>
    <w:p/>
    <w:p>
      <w:r>
        <w:t>전략: 안전 2장 + 적정 2장 + 상향 2장</w:t>
        <w:br/>
        <w:t>모든 카드가 미디어·콘텐츠 관련 학과. 국어 2.1 + 영어 2.3 강점을 서류에서 어필.</w:t>
      </w:r>
    </w:p>
    <w:p>
      <w:pPr>
        <w:pStyle w:val="Heading1"/>
      </w:pPr>
      <w:r>
        <w:rPr>
          <w:rFonts w:ascii="맑은 고딕" w:hAnsi="맑은 고딕" w:eastAsia="맑은 고딕"/>
        </w:rPr>
        <w:t>6. 유의사항</w:t>
      </w:r>
    </w:p>
    <w:p>
      <w:pPr>
        <w:pStyle w:val="ListBullet"/>
      </w:pPr>
      <w:r>
        <w:t>본 분석은 4개년 입시 빅데이터 기반이며, 실제 모집요강과 차이가 있을 수 있습니다.</w:t>
      </w:r>
    </w:p>
    <w:p>
      <w:pPr>
        <w:pStyle w:val="ListBullet"/>
      </w:pPr>
      <w:r>
        <w:t>각 대학 홈페이지에서 2027 모집요강을 반드시 재확인하시기 바랍니다.</w:t>
      </w:r>
    </w:p>
    <w:p>
      <w:pPr>
        <w:pStyle w:val="ListBullet"/>
      </w:pPr>
      <w:r>
        <w:t>수시 원서접수 후 합격 시 등록 포기 기간 및 충원합격 일정을 확인하시기 바랍니다.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